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List of Assistive Technology Items for the KCB Assistive Technology Grant</w:t>
      </w:r>
    </w:p>
    <w:p>
      <w:pPr/>
      <w:r>
        <w:t>The Assistive Technology Grant provided by the Kentucky Council of the Blind (KCB) can be applied to the purchase of assistive technology that helps persons who are blind or who have low vision accomplish tasks that can be done visually by sighted persons. In order to apply for this grant, persons must be either members of the Kentucky Council of the Blind or must reside in Kentucky and must be legally blind or have low vision. Applications must be completed online. If an applicant cannot complete online forms, a member of our Assistive Technology Grant Committee will be glad to help. The KCB Assistive Technology Guidelines explain these requirements and provide an email address and phone number to contact us if assistance is needed with the application.</w:t>
      </w:r>
    </w:p>
    <w:p>
      <w:pPr/>
      <w:r>
        <w:t>The assistive technology devices listed below are widely used and are highly recommended by persons in the field of visual impairment. KCB does not endorse any specific product,  service, or vendor. These products are listed here as examples of assistive technology that are typically provided by the KCB Assistive Technology Grant. Applicants needing devices not on this list can elaborate on their needs in the KCB Assistive Technology Grant Application Form and can discuss their needs in the interview with us. This list is not intended to restrict assistive technology options but to offer examples of items that are often useful to persons with visual impairments.</w:t>
      </w:r>
    </w:p>
    <w:p>
      <w:pPr>
        <w:pStyle w:val="Heading2"/>
      </w:pPr>
      <w:r>
        <w:t>Laptop Computers</w:t>
      </w:r>
    </w:p>
    <w:p>
      <w:pPr/>
      <w:r>
        <w:t>Basic Laptop Purchase from Computers for the Blind</w:t>
      </w:r>
    </w:p>
    <w:p>
      <w:pPr/>
      <w:hyperlink r:id="rId9">
        <w:r>
          <w:rPr>
            <w:color w:val="0563C1"/>
            <w:u w:val="single"/>
          </w:rPr>
          <w:t>Check this out at Computers for the Blind:</w:t>
        </w:r>
      </w:hyperlink>
    </w:p>
    <w:p>
      <w:pPr/>
      <w:r>
        <w:t>https://computersfortheblind.org/</w:t>
      </w:r>
    </w:p>
    <w:p>
      <w:pPr>
        <w:pStyle w:val="Heading2"/>
      </w:pPr>
      <w:r>
        <w:t>iPads and Accessories</w:t>
      </w:r>
    </w:p>
    <w:p>
      <w:pPr/>
      <w:r>
        <w:t>Apple iPad 11-inch: A16 chip, 11-inch Model, Liquid Retina Display, 128GB, Wi-Fi 6, 12MP Front/12MP Back Camera, Touch ID, All-Day Battery</w:t>
      </w:r>
    </w:p>
    <w:p>
      <w:pPr/>
      <w:hyperlink r:id="rId10">
        <w:r>
          <w:rPr>
            <w:color w:val="0563C1"/>
            <w:u w:val="single"/>
          </w:rPr>
          <w:t>Check this out at Amazon:</w:t>
        </w:r>
      </w:hyperlink>
    </w:p>
    <w:p>
      <w:pPr/>
      <w:r>
        <w:t>https://a.co/d/04zc7naB</w:t>
      </w:r>
    </w:p>
    <w:p>
      <w:pPr/>
      <w:r>
        <w:t>MoKo Case for iPad - Protective and Versatile</w:t>
      </w:r>
    </w:p>
    <w:p>
      <w:pPr/>
      <w:hyperlink r:id="rId11">
        <w:r>
          <w:rPr>
            <w:color w:val="0563C1"/>
            <w:u w:val="single"/>
          </w:rPr>
          <w:t>Check this out at Amazon:</w:t>
        </w:r>
      </w:hyperlink>
    </w:p>
    <w:p>
      <w:pPr/>
      <w:r>
        <w:t>https://a.co/d/03DoCBIQ</w:t>
      </w:r>
    </w:p>
    <w:p>
      <w:pPr/>
      <w:r>
        <w:t>Harvopu Compatible iPad 11th/10th Gen Case with Keyboard</w:t>
      </w:r>
    </w:p>
    <w:p>
      <w:pPr/>
      <w:hyperlink r:id="rId12">
        <w:r>
          <w:rPr>
            <w:color w:val="0563C1"/>
            <w:u w:val="single"/>
          </w:rPr>
          <w:t>Check this out at Amazon:</w:t>
        </w:r>
      </w:hyperlink>
    </w:p>
    <w:p>
      <w:pPr/>
      <w:r>
        <w:t>https://a.co/d/0aZe1aWR</w:t>
      </w:r>
    </w:p>
    <w:p>
      <w:pPr/>
      <w:r>
        <w:t>Logitech Slim Folio Keyboard Case for iPad (10th gen &amp; A16)</w:t>
      </w:r>
    </w:p>
    <w:p>
      <w:pPr/>
      <w:hyperlink r:id="rId13">
        <w:r>
          <w:rPr>
            <w:color w:val="0563C1"/>
            <w:u w:val="single"/>
          </w:rPr>
          <w:t>Check this out at Amazon:</w:t>
        </w:r>
      </w:hyperlink>
    </w:p>
    <w:p>
      <w:pPr/>
      <w:r>
        <w:t>https://a.co/d/0bfg7TWP</w:t>
      </w:r>
    </w:p>
    <w:p>
      <w:pPr/>
      <w:r>
        <w:t>BOOGIIO Large Print Computer Keyboard - Enhance Visibility for Low Vision</w:t>
      </w:r>
    </w:p>
    <w:p>
      <w:pPr/>
      <w:hyperlink r:id="rId14">
        <w:r>
          <w:rPr>
            <w:color w:val="0563C1"/>
            <w:u w:val="single"/>
          </w:rPr>
          <w:t>Check this out at Amazon:</w:t>
        </w:r>
      </w:hyperlink>
    </w:p>
    <w:p>
      <w:pPr/>
      <w:r>
        <w:t>https://a.co/d/0bznLsOc</w:t>
      </w:r>
    </w:p>
    <w:p>
      <w:pPr/>
      <w:r>
        <w:t>Large Print Wireless Keyboard and Mouse by KOPJIPPOM - Easy to See and Use</w:t>
      </w:r>
    </w:p>
    <w:p>
      <w:pPr/>
      <w:hyperlink r:id="rId15">
        <w:r>
          <w:rPr>
            <w:color w:val="0563C1"/>
            <w:u w:val="single"/>
          </w:rPr>
          <w:t>Check this out at Amazon:</w:t>
        </w:r>
      </w:hyperlink>
    </w:p>
    <w:p>
      <w:pPr/>
      <w:r>
        <w:t>https://a.co/d/0cd133ru</w:t>
      </w:r>
    </w:p>
    <w:p>
      <w:pPr>
        <w:pStyle w:val="Heading2"/>
      </w:pPr>
      <w:r>
        <w:t>Hand-Held Video Magnifiers</w:t>
      </w:r>
    </w:p>
    <w:p>
      <w:pPr/>
      <w:r>
        <w:t>Ruby</w:t>
      </w:r>
    </w:p>
    <w:p>
      <w:pPr/>
      <w:hyperlink r:id="rId16">
        <w:r>
          <w:rPr>
            <w:color w:val="0563C1"/>
            <w:u w:val="single"/>
          </w:rPr>
          <w:t>Check this out at Vispero-Freedom Scientific:</w:t>
        </w:r>
      </w:hyperlink>
    </w:p>
    <w:p>
      <w:pPr/>
      <w:r>
        <w:t>https://www.freedomscientific.com/products/lowvision/ruby/</w:t>
      </w:r>
    </w:p>
    <w:p>
      <w:pPr/>
      <w:r>
        <w:t>Explorē 5 – Pocket-Size Video Magnifier</w:t>
      </w:r>
    </w:p>
    <w:p>
      <w:pPr/>
      <w:hyperlink r:id="rId17">
        <w:r>
          <w:rPr>
            <w:color w:val="0563C1"/>
            <w:u w:val="single"/>
          </w:rPr>
          <w:t>Check this out at  Humanware:</w:t>
        </w:r>
      </w:hyperlink>
    </w:p>
    <w:p>
      <w:pPr/>
      <w:r>
        <w:t>https://store.humanware.com/hus/explore-5-handheld-electronic-magnifier.html</w:t>
      </w:r>
    </w:p>
    <w:p>
      <w:pPr/>
      <w:r>
        <w:t>A variety of hand-held video magnifiers can also be found on Amazon and elsewhere.</w:t>
      </w:r>
    </w:p>
    <w:p>
      <w:pPr>
        <w:pStyle w:val="Heading2"/>
      </w:pPr>
      <w:r>
        <w:t>Amazon Smart Speakers</w:t>
      </w:r>
    </w:p>
    <w:p>
      <w:pPr/>
      <w:r>
        <w:t>Amazon Echo Show 5 (newest model), Smart display, Designed for Alexa+, 2x the bass and clearer sound, Charcoal</w:t>
      </w:r>
    </w:p>
    <w:p>
      <w:pPr/>
      <w:hyperlink r:id="rId18">
        <w:r>
          <w:rPr>
            <w:color w:val="0563C1"/>
            <w:u w:val="single"/>
          </w:rPr>
          <w:t>Check this out at Amazon:</w:t>
        </w:r>
      </w:hyperlink>
    </w:p>
    <w:p>
      <w:pPr/>
      <w:r>
        <w:t>https://a.co/d/01kb4Dpt</w:t>
      </w:r>
    </w:p>
    <w:p>
      <w:pPr/>
      <w:r>
        <w:t>Amazon Echo Dot (newest model) - Vibrant sounding speaker, Designed for Alexa+, Great for bedrooms, dining rooms and offices, Glacier White</w:t>
      </w:r>
    </w:p>
    <w:p>
      <w:pPr/>
      <w:hyperlink r:id="rId19">
        <w:r>
          <w:rPr>
            <w:color w:val="0563C1"/>
            <w:u w:val="single"/>
          </w:rPr>
          <w:t>Check this out at Amazon:</w:t>
        </w:r>
      </w:hyperlink>
    </w:p>
    <w:p>
      <w:pPr/>
      <w:r>
        <w:t>https://a.co/d/0gcI3nMB</w:t>
      </w:r>
    </w:p>
    <w:p>
      <w:pPr/>
      <w:r>
        <w:t>Amazon Echo Pop: Our Smallest Alexa Speaker for Any Room</w:t>
      </w:r>
    </w:p>
    <w:p>
      <w:pPr/>
      <w:hyperlink r:id="rId20">
        <w:r>
          <w:rPr>
            <w:color w:val="0563C1"/>
            <w:u w:val="single"/>
          </w:rPr>
          <w:t>Check this out at Amazon:</w:t>
        </w:r>
      </w:hyperlink>
    </w:p>
    <w:p>
      <w:pPr/>
      <w:r>
        <w:t>https://a.co/d/0bidwfAY</w:t>
      </w:r>
    </w:p>
    <w:p>
      <w:pPr>
        <w:pStyle w:val="Heading2"/>
      </w:pPr>
      <w:r>
        <w:t>Meta AI Glasses, Second Generation, From Ray-Ban, Oakley, and Meta</w:t>
      </w:r>
    </w:p>
    <w:p>
      <w:pPr/>
      <w:r>
        <w:t>Examples of many, but not all,  styles are listed here. Frames come in a variety of colors.</w:t>
      </w:r>
    </w:p>
    <w:p>
      <w:pPr/>
      <w:r>
        <w:t>Meta Ray-Ban (Gen 2), Wayfarer Large, Shiny Black | Smart AI Glasses for Men, Women — 2x Battery Life — 3K HD Resolution — 12 MP Ultra-Wide Camera, Audio, Video Recording — Green Lenses — Sunglasses</w:t>
      </w:r>
    </w:p>
    <w:p>
      <w:pPr/>
      <w:hyperlink r:id="rId21">
        <w:r>
          <w:rPr>
            <w:color w:val="0563C1"/>
            <w:u w:val="single"/>
          </w:rPr>
          <w:t>Check this out at Amazon:</w:t>
        </w:r>
      </w:hyperlink>
    </w:p>
    <w:p>
      <w:pPr/>
      <w:r>
        <w:t>https://a.co/d/0bEuZae1</w:t>
      </w:r>
    </w:p>
    <w:p>
      <w:pPr/>
      <w:r>
        <w:t>Meta Ray-Ban (Gen 2), Skyler, Shiny Black | Smart AI Glasses for Men, Women — 2x Battery Life — 3K Ultra HD Resolution — 12 MP Ultra-Wide Camera, Audio, Video Recording — Green Lenses — Sunglasses</w:t>
      </w:r>
    </w:p>
    <w:p>
      <w:pPr/>
      <w:hyperlink r:id="rId22">
        <w:r>
          <w:rPr>
            <w:color w:val="0563C1"/>
            <w:u w:val="single"/>
          </w:rPr>
          <w:t>Check this out at Amazon:</w:t>
        </w:r>
      </w:hyperlink>
    </w:p>
    <w:p>
      <w:pPr/>
      <w:r>
        <w:t>https://a.co/d/08SrROZm</w:t>
      </w:r>
    </w:p>
    <w:p>
      <w:pPr/>
      <w:r>
        <w:t>Meta Ray-Ban (Gen 2), Headliner, Matte Black | Smart AI Glasses for Men, Women — 2x Battery Life — 3K Ultra HD — 12 MP Camera, Audio, Video Recording — Polarized Gradient Graphite Lenses — Sunglasses</w:t>
      </w:r>
    </w:p>
    <w:p>
      <w:pPr/>
      <w:hyperlink r:id="rId23">
        <w:r>
          <w:rPr>
            <w:color w:val="0563C1"/>
            <w:u w:val="single"/>
          </w:rPr>
          <w:t>Check this out at Amazon:</w:t>
        </w:r>
      </w:hyperlink>
    </w:p>
    <w:p>
      <w:pPr/>
      <w:r>
        <w:t>https://a.co/d/01PmmuDQ</w:t>
      </w:r>
    </w:p>
    <w:p>
      <w:pPr/>
      <w:r>
        <w:t>Oakley Meta HSTN, Black | Smart AI Glasses for Men, Women — Performance for Sports, Athletes — Camera, Audio, Video — 8 Hour Battery — 3K HD Resolution — Amethyst Transitions® Lenses</w:t>
      </w:r>
    </w:p>
    <w:p>
      <w:pPr/>
      <w:hyperlink r:id="rId24">
        <w:r>
          <w:rPr>
            <w:color w:val="0563C1"/>
            <w:u w:val="single"/>
          </w:rPr>
          <w:t>Check this out at Amazon:</w:t>
        </w:r>
      </w:hyperlink>
    </w:p>
    <w:p>
      <w:pPr/>
      <w:r>
        <w:t>https://a.co/d/0ayu1whk</w:t>
      </w:r>
    </w:p>
    <w:p>
      <w:pPr/>
      <w:r>
        <w:t>Oakley Meta Vanguard, Black | Smart AI Glasses for Men, Women — Camera, Audio, Video Recording — Prizm™ 24K Black Lenses — Sunglasses</w:t>
      </w:r>
    </w:p>
    <w:p>
      <w:pPr/>
      <w:hyperlink r:id="rId25">
        <w:r>
          <w:rPr>
            <w:color w:val="0563C1"/>
            <w:u w:val="single"/>
          </w:rPr>
          <w:t>Check this out at Amazon:</w:t>
        </w:r>
      </w:hyperlink>
    </w:p>
    <w:p>
      <w:pPr/>
      <w:r>
        <w:t>https://a.co/d/05LI8wzr</w:t>
      </w:r>
    </w:p>
    <w:p>
      <w:pPr>
        <w:pStyle w:val="Heading2"/>
      </w:pPr>
      <w:r>
        <w:t>Accessible Book and Media Players</w:t>
      </w:r>
    </w:p>
    <w:p>
      <w:pPr/>
      <w:r>
        <w:t>Victor Reader Stream 3rd Generation</w:t>
      </w:r>
    </w:p>
    <w:p>
      <w:pPr/>
      <w:hyperlink r:id="rId26">
        <w:r>
          <w:rPr>
            <w:color w:val="0563C1"/>
            <w:u w:val="single"/>
          </w:rPr>
          <w:t>Check this out at  Humanware:</w:t>
        </w:r>
      </w:hyperlink>
    </w:p>
    <w:p>
      <w:pPr/>
      <w:r>
        <w:t>https://store.humanware.com/hca/victor-reader-stream-handheld-media-player.html</w:t>
      </w:r>
    </w:p>
    <w:p>
      <w:pPr/>
      <w:hyperlink r:id="rId27">
        <w:r>
          <w:rPr>
            <w:color w:val="0563C1"/>
            <w:u w:val="single"/>
          </w:rPr>
          <w:t>Check this out at   Accessible Electronics:</w:t>
        </w:r>
      </w:hyperlink>
    </w:p>
    <w:p>
      <w:pPr/>
      <w:r>
        <w:t>https://talkingmp3players.com/</w:t>
      </w:r>
    </w:p>
    <w:p>
      <w:pPr>
        <w:pStyle w:val="Heading2"/>
      </w:pPr>
      <w:r>
        <w:t>Braille Displays</w:t>
      </w:r>
    </w:p>
    <w:p>
      <w:pPr/>
      <w:r>
        <w:t>Orbit Reader 20 Plus – Braille Display, Book Reader and Note-taker</w:t>
      </w:r>
    </w:p>
    <w:p>
      <w:pPr/>
      <w:hyperlink r:id="rId28">
        <w:r>
          <w:rPr>
            <w:color w:val="0563C1"/>
            <w:u w:val="single"/>
          </w:rPr>
          <w:t>Check this out at Orbit Research:</w:t>
        </w:r>
      </w:hyperlink>
    </w:p>
    <w:p>
      <w:pPr/>
      <w:r>
        <w:t>https://www.orbitresearch.com/products/blindness-products/braille-devices/orbit-reader-20-plus/</w:t>
      </w:r>
    </w:p>
    <w:p>
      <w:pPr>
        <w:pStyle w:val="Heading2"/>
      </w:pPr>
      <w:r>
        <w:t>Braille Keyboards and Input Devices</w:t>
      </w:r>
    </w:p>
    <w:p>
      <w:pPr/>
      <w:r>
        <w:t>Hable One™ Braille Keyboard</w:t>
      </w:r>
    </w:p>
    <w:p>
      <w:pPr/>
      <w:r>
        <w:t>This pocket-sized braille keyboard is compatible with iPhones &amp; iPads running iOS 9 and higher and Android phones and tablets running Android 9 and higher. Braille text and control your Smart Phone using the braille keys.</w:t>
      </w:r>
    </w:p>
    <w:p>
      <w:pPr/>
      <w:hyperlink r:id="rId29">
        <w:r>
          <w:rPr>
            <w:color w:val="0563C1"/>
            <w:u w:val="single"/>
          </w:rPr>
          <w:t>Check this out at AT Guys:</w:t>
        </w:r>
      </w:hyperlink>
    </w:p>
    <w:p>
      <w:pPr/>
      <w:r>
        <w:t>https://atguys.com/products/hable-one-smallest-braille-keyboard-for-any-tablet-or-smartphone-easy-to-carry</w:t>
      </w:r>
    </w:p>
    <w:p>
      <w:pPr/>
      <w:hyperlink r:id="rId30">
        <w:r>
          <w:rPr>
            <w:color w:val="0563C1"/>
            <w:u w:val="single"/>
          </w:rPr>
          <w:t>Check this out at Amazon:</w:t>
        </w:r>
      </w:hyperlink>
    </w:p>
    <w:p>
      <w:pPr/>
      <w:r>
        <w:t>https://a.co/d/00Aub0TD</w:t>
      </w:r>
    </w:p>
    <w:p>
      <w:pPr/>
      <w:r>
        <w:t>Hable Easy - Smartphone Remote Controller</w:t>
      </w:r>
    </w:p>
    <w:p>
      <w:pPr/>
      <w:r>
        <w:t>Hable Easy Smartphone Remote for Visually Impaired Seniors: Large Button Interface, Bluetooth, Compatible with All Phones &amp; Tablets, Supports VoiceOver &amp; TalkBack</w:t>
      </w:r>
    </w:p>
    <w:p>
      <w:pPr/>
      <w:r>
        <w:t>Works with iPhone and Android phones.</w:t>
      </w:r>
    </w:p>
    <w:p>
      <w:pPr/>
      <w:hyperlink r:id="rId31">
        <w:r>
          <w:rPr>
            <w:color w:val="0563C1"/>
            <w:u w:val="single"/>
          </w:rPr>
          <w:t>Check this out at I am Hable:</w:t>
        </w:r>
      </w:hyperlink>
    </w:p>
    <w:p>
      <w:pPr/>
      <w:r>
        <w:t>https://www.iamhable.com/en-am/products/hable-easy?srsltid=AfmBOoqvRZghwEkRt_49ipnz6E6TTu3VYoZR0RMWP9Vlgrjj0HF83fGh</w:t>
      </w:r>
    </w:p>
    <w:p>
      <w:pPr/>
      <w:hyperlink r:id="rId32">
        <w:r>
          <w:rPr>
            <w:color w:val="0563C1"/>
            <w:u w:val="single"/>
          </w:rPr>
          <w:t>Check this out at Amazon:</w:t>
        </w:r>
      </w:hyperlink>
    </w:p>
    <w:p>
      <w:pPr/>
      <w:r>
        <w:t>https://a.co/d/0ihqxT9V</w:t>
      </w:r>
    </w:p>
    <w:p>
      <w:pPr>
        <w:pStyle w:val="Heading2"/>
      </w:pPr>
      <w:r>
        <w:t>Subscriptions</w:t>
      </w:r>
    </w:p>
    <w:p>
      <w:pPr/>
      <w:r>
        <w:t>Purchase of a one-time, one-year subscription to BookShare</w:t>
      </w:r>
    </w:p>
    <w:p>
      <w:pPr/>
      <w:hyperlink r:id="rId33">
        <w:r>
          <w:rPr>
            <w:color w:val="0563C1"/>
            <w:u w:val="single"/>
          </w:rPr>
          <w:t>Check this out at BookShare:</w:t>
        </w:r>
      </w:hyperlink>
    </w:p>
    <w:p>
      <w:pPr/>
      <w:r>
        <w:t>https://www.bookshare.org</w:t>
      </w:r>
    </w:p>
    <w:p>
      <w:pPr/>
      <w:r>
        <w:t>Purchase of a one-time, one-year subscription to Learning Ally</w:t>
      </w:r>
    </w:p>
    <w:p>
      <w:pPr/>
      <w:hyperlink r:id="rId34">
        <w:r>
          <w:rPr>
            <w:color w:val="0563C1"/>
            <w:u w:val="single"/>
          </w:rPr>
          <w:t>Check this out at Learning Ally:</w:t>
        </w:r>
      </w:hyperlink>
    </w:p>
    <w:p>
      <w:pPr/>
      <w:r>
        <w:t>https://www.learningally.org/</w:t>
      </w:r>
    </w:p>
    <w:p>
      <w:pPr/>
      <w:r>
        <w:t>Purchase of a one-time, one-year subscription to AIRA</w:t>
      </w:r>
    </w:p>
    <w:p>
      <w:pPr/>
      <w:hyperlink r:id="rId35">
        <w:r>
          <w:rPr>
            <w:color w:val="0563C1"/>
            <w:u w:val="single"/>
          </w:rPr>
          <w:t>Check this out at AIRA:</w:t>
        </w:r>
      </w:hyperlink>
    </w:p>
    <w:p>
      <w:pPr/>
      <w:r>
        <w:t>https://aira.io/</w:t>
      </w:r>
    </w:p>
    <w:sectPr w:rsidR="00FC693F" w:rsidRPr="0006063C" w:rsidSect="00034616">
      <w:pgSz w:w="12240" w:h="15840"/>
      <w:pgMar w:top="1080" w:right="1224"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mputersfortheblind.org/" TargetMode="External"/><Relationship Id="rId10" Type="http://schemas.openxmlformats.org/officeDocument/2006/relationships/hyperlink" Target="https://a.co/d/04zc7naB" TargetMode="External"/><Relationship Id="rId11" Type="http://schemas.openxmlformats.org/officeDocument/2006/relationships/hyperlink" Target="https://a.co/d/03DoCBIQ" TargetMode="External"/><Relationship Id="rId12" Type="http://schemas.openxmlformats.org/officeDocument/2006/relationships/hyperlink" Target="https://a.co/d/0aZe1aWR" TargetMode="External"/><Relationship Id="rId13" Type="http://schemas.openxmlformats.org/officeDocument/2006/relationships/hyperlink" Target="https://a.co/d/0bfg7TWP" TargetMode="External"/><Relationship Id="rId14" Type="http://schemas.openxmlformats.org/officeDocument/2006/relationships/hyperlink" Target="https://a.co/d/0bznLsOc" TargetMode="External"/><Relationship Id="rId15" Type="http://schemas.openxmlformats.org/officeDocument/2006/relationships/hyperlink" Target="https://a.co/d/0cd133ru" TargetMode="External"/><Relationship Id="rId16" Type="http://schemas.openxmlformats.org/officeDocument/2006/relationships/hyperlink" Target="https://www.freedomscientific.com/products/lowvision/ruby/" TargetMode="External"/><Relationship Id="rId17" Type="http://schemas.openxmlformats.org/officeDocument/2006/relationships/hyperlink" Target="https://store.humanware.com/hus/explore-5-handheld-electronic-magnifier.html" TargetMode="External"/><Relationship Id="rId18" Type="http://schemas.openxmlformats.org/officeDocument/2006/relationships/hyperlink" Target="https://a.co/d/01kb4Dpt" TargetMode="External"/><Relationship Id="rId19" Type="http://schemas.openxmlformats.org/officeDocument/2006/relationships/hyperlink" Target="https://a.co/d/0gcI3nMB" TargetMode="External"/><Relationship Id="rId20" Type="http://schemas.openxmlformats.org/officeDocument/2006/relationships/hyperlink" Target="https://a.co/d/0bidwfAY" TargetMode="External"/><Relationship Id="rId21" Type="http://schemas.openxmlformats.org/officeDocument/2006/relationships/hyperlink" Target="https://a.co/d/0bEuZae1" TargetMode="External"/><Relationship Id="rId22" Type="http://schemas.openxmlformats.org/officeDocument/2006/relationships/hyperlink" Target="https://a.co/d/08SrROZm" TargetMode="External"/><Relationship Id="rId23" Type="http://schemas.openxmlformats.org/officeDocument/2006/relationships/hyperlink" Target="https://a.co/d/01PmmuDQ" TargetMode="External"/><Relationship Id="rId24" Type="http://schemas.openxmlformats.org/officeDocument/2006/relationships/hyperlink" Target="https://a.co/d/0ayu1whk" TargetMode="External"/><Relationship Id="rId25" Type="http://schemas.openxmlformats.org/officeDocument/2006/relationships/hyperlink" Target="https://a.co/d/05LI8wzr" TargetMode="External"/><Relationship Id="rId26" Type="http://schemas.openxmlformats.org/officeDocument/2006/relationships/hyperlink" Target="https://store.humanware.com/hca/victor-reader-stream-handheld-media-player.html" TargetMode="External"/><Relationship Id="rId27" Type="http://schemas.openxmlformats.org/officeDocument/2006/relationships/hyperlink" Target="https://talkingmp3players.com/" TargetMode="External"/><Relationship Id="rId28" Type="http://schemas.openxmlformats.org/officeDocument/2006/relationships/hyperlink" Target="https://www.orbitresearch.com/products/blindness-products/braille-devices/orbit-reader-20-plus/" TargetMode="External"/><Relationship Id="rId29" Type="http://schemas.openxmlformats.org/officeDocument/2006/relationships/hyperlink" Target="https://atguys.com/products/hable-one-smallest-braille-keyboard-for-any-tablet-or-smartphone-easy-to-carry" TargetMode="External"/><Relationship Id="rId30" Type="http://schemas.openxmlformats.org/officeDocument/2006/relationships/hyperlink" Target="https://a.co/d/00Aub0TD" TargetMode="External"/><Relationship Id="rId31" Type="http://schemas.openxmlformats.org/officeDocument/2006/relationships/hyperlink" Target="https://www.iamhable.com/en-am/products/hable-easy?srsltid=AfmBOoqvRZghwEkRt_49ipnz6E6TTu3VYoZR0RMWP9Vlgrjj0HF83fGh" TargetMode="External"/><Relationship Id="rId32" Type="http://schemas.openxmlformats.org/officeDocument/2006/relationships/hyperlink" Target="https://a.co/d/0ihqxT9V" TargetMode="External"/><Relationship Id="rId33" Type="http://schemas.openxmlformats.org/officeDocument/2006/relationships/hyperlink" Target="https://www.bookshare.org" TargetMode="External"/><Relationship Id="rId34" Type="http://schemas.openxmlformats.org/officeDocument/2006/relationships/hyperlink" Target="https://www.learningally.org/" TargetMode="External"/><Relationship Id="rId35" Type="http://schemas.openxmlformats.org/officeDocument/2006/relationships/hyperlink" Target="https://aira.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 of Assistive Technology Items for the KCB Assistive Technology Grant</dc:title>
  <dc:subject>Frequently requested assistive technology items for the KCB Assistive Technology Grant</dc:subject>
  <dc:creator>Kentucky Council of the Blind</dc:creator>
  <cp:keywords/>
  <dc:description>generated by python-docx</dc:description>
  <cp:lastModifiedBy/>
  <cp:revision>1</cp:revision>
  <dcterms:created xsi:type="dcterms:W3CDTF">2013-12-23T23:15:00Z</dcterms:created>
  <dcterms:modified xsi:type="dcterms:W3CDTF">2013-12-23T23:15:00Z</dcterms:modified>
  <cp:category/>
</cp:coreProperties>
</file>